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השורש במילה נתונה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משפחת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הקשר בין המשמעות של מילים מאותו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כת"ב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גד"ל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בדיוק ההגדרה של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כולן נבנות מהשורש למ"ד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כותב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מילה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(כת"ב)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(גד"ל)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(שמ"ר)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(ספ"ר)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איך מוצאים את השורש – סדרו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קוראים את המילה בקול ומבינים את משמעותה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מורידים אותיות תוספת כמו מ, ת, ה שבתחילת או בסוף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בודקים שהשורש מתאים גם למילים נוספות מאותה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כותבים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שארבע המילים נבנות מאותו שורש, שהמשמעות שלהן קשורה, ושהמשפטים ברורים ומתאימים לכל מילה.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הגדרה: שלוש אותיות קבועות שחוזרות במילים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הגיונית כמו כותב, מכתב,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תחילית מתווספת למילה ואינה חלק מהשורש הקבוע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בכתיבת שורש אחד על הלוח ולבקש מהתלמידים להוסיף מילים למשפחה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שהקשר בין מילים באותה משפחה הוא במשמעות, לא רק בצליל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מומלץ לאפשר עבודה בזוגות ולשתף כמה דוגמאות מול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קוראים ונהנים – 4 עולמות בניקוד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ושורשים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בעברית יש מילים שקשורות זו לזו כי הן נבנות מאותו שורש. בדף הזה נתרגל לזהות שורשים ולבנות משפחות מילים כמו בפעילויות באתר.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סיפור  ·  כותב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השורש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השורש של המילה "מכתב"?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כת"ב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מכ"ת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תב"כ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השורש של המילה "מגדלת"?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גד"ל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מג"ד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דל"ת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לכל המילים שבאותה משפחה יש 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המילים "לומד", "תלמיד" ו"לימוד" שייכות לאותה משפחת מילים.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המילה "ספר" והמילה "__________" שייכות לאותה משפחה כי שתיהן מהשורש ספ"ר.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מהשורש כת"ב אפשר לבנות את המילה "__________" שמשמעותה אדם שכותב.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מילה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כותב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שמ"ר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מגדל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ספ"ר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שומרת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גד"ל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מספרה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כת"ב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איך מוצאים את השורש – סדרו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מורידים אותיות תוספת כמו מ, ת, ה שבתחילת או בסוף המילה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קוראים את המילה בקול ומבינים את משמעותה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בודקים שהשורש מתאים גם למילים נוספות מאותה משפחה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כותבים 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שורש אחד (למשל כת"ב, שמ"ר או גד"ל) וכתבו משפחת מילים שלמה עם ארבע מילים לפחות. לכל מילה כתבו משפט קצר שממחיש את משמעותה.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שורש? הסבירו במילים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שתי מילים מהשורש כת"ב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ושורשים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