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המשמעות של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גד"ל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ספ"ר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רא"ה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לרוב מ' היא תחילית שמתווספת ואינה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כולן נבנות מהשורש למ"ד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המבנה הנפוץ ביותר בשורשים עבריים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הקשר הוא במשמעות ובשורש, לא בצליל הזהה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(ספ"ר)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(רא"ה)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מוצאים את השורש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 ומבינים את 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אותיות תוספת כמו מ, ת, ה שבתחילת או בסוף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את שלוש האותיות הקבועות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שהשורש מתאים גם למילים נוספות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שארבע המילים נבנות מאותו שורש, שהמשמעות שלהן קשורה, ושהמשפטים ברורים ומתאימים לכל 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שלוש אותיות קבועות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כותב, מכתב,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תחילית מתווספת למילה ואינה חלק מהשורש הקבוע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שורש אחד על הלוח ולבקש מהתלמידים להוסיף מילים למשפחה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שהקשר בין מילים באותה משפחה הוא במשמעות, לא רק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ולשתף כמה דוגמאות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רבות בעברית יש חלק קבוע שנקרא שורש. מילים עם אותו שורש שייכות למשפחה אחת. בדף הזה נתרגל למצוא שורשים ולבנות משפחות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(לפעמים ארבע) אותיות קבועות שחוזרות בכל מילות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שנבנו מאותו שורש ויש להן קשר במשמעות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או כמה אותיות שמתווספות בתחילת המילה, כמו מ, ת, 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או כמה אותיות שמתווספות בסוף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בנויה המילה, למשל פָּעַל, הִפְעִיל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של מילה לפי גוף, זמן או 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מסתתר במילה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מכ"ת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תב"כ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מסתתר במילה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שורש מסתתר במילה מגדלת?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דל"ת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שורש מסתתר במילה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סי"פ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שורש מסתתר במילה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רה"ש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שורש מסתתר במילה 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ראמ"ה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אה"ר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שבאותה משפחה יש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מ' בתחילת מילה היא תמיד חלק מהשורש.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"לומד", "תלמיד" ו"לימוד"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המילים בעברית השורש מורכב משלוש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נשמעות אותו הדבר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"ספר" והמילה "__________" שייכות לאותה משפחה כי שתיהן מהשורש ספ"ר.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מהשורש כת"ב אפשר לבנות את המילה "__________" שמשמעותה אדם שכותב.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מהשורש גד"ל נגזרת המילה "__________" שמתארת תהליך של התפתחות וצמיחה.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מהשורש שמ"ר נגזרת המילה "__________" שמתארת תפקיד של מי ששומר על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מהשורש למ"ד נגזרת המילה "__________" שמתארת אדם שלומד בבית 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רא"ה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ספ"ר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מוצאים את השורש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אותיות תוספת כמו מ, ת, ה שבתחילת או בסוף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 ומבינים את משמעותה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שהשורש מתאים גם למילים נוספות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את שלוש האותיות הקבועות שחוזרות במילים מאותה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כת"ב, שמ"ר או גד"ל) וכתבו משפחת מילים שלמה עם ארבע מילים לפחות. לכל מילה כתבו משפט קצר שממחיש את משמעותה.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 הסבירו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כת"ב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לתחילית?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