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במילה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משפחת מילים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המשמעות של מילים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כת"ב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למ"ד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גד"ל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ספ"ר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שמ"ר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רא"ה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ההגדרה של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לרוב מ' היא תחילית שמתווספת ואינה חלק מהשורש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כולן נבנות מהשורש למ"ד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המבנה הנפוץ ביותר בשורשים עבריים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הקשר הוא במשמעות ובשורש, לא בצליל הזהה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גידול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(כת"ב)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(גד"ל)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(שמ"ר)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(ספ"ר)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(רא"ה)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איך מוצאים את השורש – סדרו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המילה בקול ומבינים את משמעותה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מורידים אותיות תוספת כמו מ, ת, ה שבתחילת או בסוף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מחפשים את שלוש האותיות הקבועות שחוזרות במילים מאותה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שהשורש מתאים גם למילים נוספות מאותה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שארבע המילים נבנות מאותו שורש, שהמשמעות שלהן קשורה, ושהמשפטים ברורים ומתאימים לכל מילה.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שלוש אותיות קבועות שחוזרות במילים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כותב, מכתב,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תחילית מתווספת למילה ואינה חלק מהשורש הקבוע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בכתיבת שורש אחד על הלוח ולבקש מהתלמידים להוסיף מילים למשפחה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שהקשר בין מילים באותה משפחה הוא במשמעות, לא רק בצליל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עבודה בזוגות ולשתף כמה דוגמאות מול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יש מילים שקשורות זו לזו כי הן נבנות מאותו שורש. בדף הזה נתרגל לזהות שורשים ולבנות משפחות מילים כמו בפעילויות באתר.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השורש של המילה "מכתב"?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מכ"ת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תב"כ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השורש של המילה "התלמיד"?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למ"ד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מי"ד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ילמ"ד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השורש של המילה "מגדלת"?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מג"ד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דל"ת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לג"ד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השורש של המילה "סיפור"?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סי"פ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פור"ס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ספ"ו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השורש של המילה "שמירה"?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רה"ש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השורש של המילה "מראה"?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מר"א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ראמ"ה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אה"ר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המילים שבאותה משפחה יש אותו שורש.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מ' בתחילת מילה היא תמיד חלק מהשורש.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"לומד", "תלמיד" ו"לימוד" שייכות לאותה משפחת מילים.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ברוב המילים בעברית השורש מורכב משלוש אותיות.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מאותה משפחה תמיד נשמעות אותו הדבר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"ספר" והמילה "__________" שייכות לאותה משפחה כי שתיהן מהשורש ספ"ר.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מהשורש כת"ב אפשר לבנות את המילה "__________" שמשמעותה אדם שכותב.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מהשורש גד"ל נגזרת המילה "__________" שמתארת תהליך של התפתחות וצמיחה.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מהשורש שמ"ר נגזרת המילה "__________" שמתארת תפקיד של מי ששומר על מקום.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מהשורש למ"ד נגזרת המילה "__________" שמתארת אדם שלומד בבית ספר.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שמ"ר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ספ"ר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שומרת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כת"ב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מספרה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רא"ה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גד"ל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איך מוצאים את השורש – סדרו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מורידים אותיות תוספת כמו מ, ת, ה שבתחילת או בסוף 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שהשורש מתאים גם למילים נוספות מאותה 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בקול ומבינים את משמעותה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את שלוש האותיות הקבועות שחוזרות במילים מאותה 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שורש אחד (למשל כת"ב, שמ"ר או גד"ל) וכתבו משפחת מילים שלמה עם ארבע מילים לפחות. לכל מילה כתבו משפט קצר שממחיש את משמעותה.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 הסבירו במילים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מהשורש כת"ב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שורש לתחילית?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משפחות מילים ושורשים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